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BD4" w:rsidRDefault="00000000">
      <w:pPr>
        <w:jc w:val="center"/>
      </w:pPr>
      <w:r>
        <w:rPr>
          <w:b/>
          <w:sz w:val="32"/>
        </w:rPr>
        <w:t>ЧЕРНОМОРСКИ РЕВМАТОЛОГИЧНИ ДНИ 2026</w:t>
      </w:r>
    </w:p>
    <w:p w:rsidR="00067BD4" w:rsidRDefault="00000000">
      <w:pPr>
        <w:jc w:val="center"/>
      </w:pPr>
      <w:r>
        <w:rPr>
          <w:i/>
        </w:rPr>
        <w:t>25–27 септември 2026 г., Бургас</w:t>
      </w:r>
    </w:p>
    <w:p w:rsidR="00067BD4" w:rsidRDefault="00067BD4"/>
    <w:p w:rsidR="00067BD4" w:rsidRPr="00080740" w:rsidRDefault="00000000">
      <w:pPr>
        <w:rPr>
          <w:b/>
          <w:bCs/>
        </w:rPr>
      </w:pPr>
      <w:r w:rsidRPr="00080740">
        <w:rPr>
          <w:b/>
          <w:bCs/>
        </w:rPr>
        <w:t xml:space="preserve">Тема: „Ревматологията – алфата на интердисциплинарната </w:t>
      </w:r>
      <w:proofErr w:type="gramStart"/>
      <w:r w:rsidRPr="00080740">
        <w:rPr>
          <w:b/>
          <w:bCs/>
        </w:rPr>
        <w:t>медицина“</w:t>
      </w:r>
      <w:proofErr w:type="gramEnd"/>
    </w:p>
    <w:p w:rsidR="00067BD4" w:rsidRPr="00080740" w:rsidRDefault="00067BD4">
      <w:pPr>
        <w:rPr>
          <w:b/>
          <w:bCs/>
        </w:rPr>
      </w:pPr>
    </w:p>
    <w:p w:rsidR="00067BD4" w:rsidRPr="00080740" w:rsidRDefault="00000000">
      <w:pPr>
        <w:rPr>
          <w:b/>
          <w:bCs/>
        </w:rPr>
      </w:pPr>
      <w:r w:rsidRPr="00080740">
        <w:rPr>
          <w:b/>
          <w:bCs/>
        </w:rPr>
        <w:t>ДЕН I – Петък, 25.09.2026 г.</w:t>
      </w:r>
    </w:p>
    <w:p w:rsidR="00067BD4" w:rsidRPr="00080740" w:rsidRDefault="00067BD4">
      <w:pPr>
        <w:rPr>
          <w:b/>
          <w:bCs/>
        </w:rPr>
      </w:pPr>
    </w:p>
    <w:p w:rsidR="00067BD4" w:rsidRPr="00080740" w:rsidRDefault="00000000">
      <w:pPr>
        <w:rPr>
          <w:b/>
          <w:bCs/>
          <w:lang w:val="bg-BG"/>
        </w:rPr>
      </w:pPr>
      <w:r w:rsidRPr="00080740">
        <w:rPr>
          <w:b/>
          <w:bCs/>
        </w:rPr>
        <w:t>16:00 – 16:30 | ОФИЦИАЛНО ОТКРИВАНЕ</w:t>
      </w:r>
      <w:r w:rsidR="00032A0E" w:rsidRPr="00080740">
        <w:rPr>
          <w:b/>
          <w:bCs/>
          <w:lang w:val="bg-BG"/>
        </w:rPr>
        <w:t xml:space="preserve"> – И. Момчева, Ц. Георгиев, В. </w:t>
      </w:r>
      <w:proofErr w:type="spellStart"/>
      <w:r w:rsidR="00032A0E" w:rsidRPr="00080740">
        <w:rPr>
          <w:b/>
          <w:bCs/>
          <w:lang w:val="bg-BG"/>
        </w:rPr>
        <w:t>Гончев</w:t>
      </w:r>
      <w:proofErr w:type="spellEnd"/>
    </w:p>
    <w:p w:rsidR="00067BD4" w:rsidRDefault="00067BD4"/>
    <w:p w:rsidR="001449B0" w:rsidRPr="00080740" w:rsidRDefault="00000000" w:rsidP="001449B0">
      <w:pPr>
        <w:rPr>
          <w:b/>
          <w:bCs/>
          <w:lang w:val="bg-BG"/>
        </w:rPr>
      </w:pPr>
      <w:r w:rsidRPr="00080740">
        <w:rPr>
          <w:b/>
          <w:bCs/>
        </w:rPr>
        <w:t>ПЪРВА НАУЧНА СЕСИЯ</w:t>
      </w:r>
      <w:r w:rsidR="001449B0" w:rsidRPr="00080740">
        <w:rPr>
          <w:b/>
          <w:bCs/>
          <w:lang w:val="bg-BG"/>
        </w:rPr>
        <w:t xml:space="preserve">: </w:t>
      </w:r>
      <w:proofErr w:type="spellStart"/>
      <w:r w:rsidR="001449B0" w:rsidRPr="00080740">
        <w:rPr>
          <w:b/>
          <w:bCs/>
        </w:rPr>
        <w:t>Адаптация</w:t>
      </w:r>
      <w:proofErr w:type="spellEnd"/>
      <w:r w:rsidR="001449B0" w:rsidRPr="00080740">
        <w:rPr>
          <w:b/>
          <w:bCs/>
        </w:rPr>
        <w:t xml:space="preserve"> и </w:t>
      </w:r>
      <w:proofErr w:type="spellStart"/>
      <w:r w:rsidR="001449B0" w:rsidRPr="00080740">
        <w:rPr>
          <w:b/>
          <w:bCs/>
        </w:rPr>
        <w:t>граници</w:t>
      </w:r>
      <w:proofErr w:type="spellEnd"/>
      <w:r w:rsidR="00032A0E" w:rsidRPr="00080740">
        <w:rPr>
          <w:b/>
          <w:bCs/>
          <w:lang w:val="bg-BG"/>
        </w:rPr>
        <w:t xml:space="preserve"> </w:t>
      </w:r>
    </w:p>
    <w:p w:rsidR="00067BD4" w:rsidRPr="001449B0" w:rsidRDefault="00032A0E">
      <w:pPr>
        <w:rPr>
          <w:lang w:val="bg-BG"/>
        </w:rPr>
      </w:pPr>
      <w:r>
        <w:rPr>
          <w:lang w:val="bg-BG"/>
        </w:rPr>
        <w:t>Модератори: Ц. Георгиев, И. Момчева</w:t>
      </w:r>
    </w:p>
    <w:p w:rsidR="00067BD4" w:rsidRDefault="00000000">
      <w:r>
        <w:t xml:space="preserve">16:30 – 16:50 | </w:t>
      </w:r>
      <w:proofErr w:type="spellStart"/>
      <w:r>
        <w:t>Остеопороза</w:t>
      </w:r>
      <w:proofErr w:type="spellEnd"/>
      <w:r>
        <w:t xml:space="preserve"> </w:t>
      </w:r>
      <w:proofErr w:type="spellStart"/>
      <w:r>
        <w:t>отвъд</w:t>
      </w:r>
      <w:proofErr w:type="spellEnd"/>
      <w:r>
        <w:t xml:space="preserve"> </w:t>
      </w:r>
      <w:proofErr w:type="spellStart"/>
      <w:r>
        <w:t>протокола</w:t>
      </w:r>
      <w:proofErr w:type="spellEnd"/>
      <w:r w:rsidR="001449B0">
        <w:rPr>
          <w:lang w:val="bg-BG"/>
        </w:rPr>
        <w:t xml:space="preserve"> – алгоритъм за лечение според стратификация на риска</w:t>
      </w:r>
      <w:r>
        <w:t xml:space="preserve"> – М. Недкова</w:t>
      </w:r>
    </w:p>
    <w:p w:rsidR="00067BD4" w:rsidRDefault="00000000">
      <w:r>
        <w:t>16:50 – 17:10 | Хормонозависима остеопороза – Ц. Мекенян</w:t>
      </w:r>
    </w:p>
    <w:p w:rsidR="00067BD4" w:rsidRDefault="00000000">
      <w:r>
        <w:t>17:10 – 17:20 | Дискусия</w:t>
      </w:r>
    </w:p>
    <w:p w:rsidR="00067BD4" w:rsidRDefault="00000000">
      <w:r>
        <w:t>17:20 – 17:40 | Остеоартрозата като граница на адаптацията – И. Момчева</w:t>
      </w:r>
    </w:p>
    <w:p w:rsidR="00067BD4" w:rsidRPr="001449B0" w:rsidRDefault="00000000">
      <w:pPr>
        <w:rPr>
          <w:lang w:val="bg-BG"/>
        </w:rPr>
      </w:pPr>
      <w:r>
        <w:t xml:space="preserve">17:40 – 17:55 | </w:t>
      </w:r>
      <w:r w:rsidR="001449B0">
        <w:rPr>
          <w:lang w:val="bg-BG"/>
        </w:rPr>
        <w:t>Д</w:t>
      </w:r>
      <w:proofErr w:type="spellStart"/>
      <w:r>
        <w:t>искусия</w:t>
      </w:r>
      <w:proofErr w:type="spellEnd"/>
    </w:p>
    <w:p w:rsidR="00067BD4" w:rsidRDefault="00000000">
      <w:r>
        <w:t xml:space="preserve">17:55 – 18:00 | </w:t>
      </w:r>
      <w:proofErr w:type="spellStart"/>
      <w:r>
        <w:t>Буфер</w:t>
      </w:r>
      <w:proofErr w:type="spellEnd"/>
    </w:p>
    <w:p w:rsidR="00067BD4" w:rsidRDefault="00000000">
      <w:r>
        <w:t xml:space="preserve">18:00 – 18:20 | САТЕЛИТЕН АКЦЕНТ – </w:t>
      </w:r>
      <w:r w:rsidR="00603D10">
        <w:t>Johnson &amp; Johnson</w:t>
      </w:r>
    </w:p>
    <w:p w:rsidR="00067BD4" w:rsidRPr="00080740" w:rsidRDefault="00000000">
      <w:pPr>
        <w:rPr>
          <w:lang w:val="bg-BG"/>
        </w:rPr>
      </w:pPr>
      <w:r>
        <w:t>18:20 – 18:</w:t>
      </w:r>
      <w:r w:rsidR="00080740">
        <w:rPr>
          <w:lang w:val="bg-BG"/>
        </w:rPr>
        <w:t>35</w:t>
      </w:r>
      <w:r>
        <w:t xml:space="preserve"> | САТЕЛИТЕН АКЦЕНТ – </w:t>
      </w:r>
      <w:proofErr w:type="spellStart"/>
      <w:r w:rsidR="00080740">
        <w:rPr>
          <w:lang w:val="bg-BG"/>
        </w:rPr>
        <w:t>Валентис</w:t>
      </w:r>
      <w:proofErr w:type="spellEnd"/>
    </w:p>
    <w:p w:rsidR="00067BD4" w:rsidRDefault="00000000">
      <w:r>
        <w:t xml:space="preserve">19:00 | </w:t>
      </w:r>
      <w:proofErr w:type="spellStart"/>
      <w:r>
        <w:t>Вечеря</w:t>
      </w:r>
      <w:proofErr w:type="spellEnd"/>
    </w:p>
    <w:p w:rsidR="00067BD4" w:rsidRDefault="00067BD4"/>
    <w:p w:rsidR="00067BD4" w:rsidRPr="005210E3" w:rsidRDefault="00000000">
      <w:pPr>
        <w:rPr>
          <w:b/>
          <w:bCs/>
        </w:rPr>
      </w:pPr>
      <w:r w:rsidRPr="005210E3">
        <w:rPr>
          <w:b/>
          <w:bCs/>
        </w:rPr>
        <w:t>ДЕН II – Събота, 26.09.2026 г.</w:t>
      </w:r>
    </w:p>
    <w:p w:rsidR="00067BD4" w:rsidRPr="005210E3" w:rsidRDefault="00067BD4">
      <w:pPr>
        <w:rPr>
          <w:b/>
          <w:bCs/>
        </w:rPr>
      </w:pPr>
    </w:p>
    <w:p w:rsidR="001449B0" w:rsidRPr="005210E3" w:rsidRDefault="00000000" w:rsidP="001449B0">
      <w:pPr>
        <w:rPr>
          <w:b/>
          <w:bCs/>
        </w:rPr>
      </w:pPr>
      <w:r w:rsidRPr="005210E3">
        <w:rPr>
          <w:b/>
          <w:bCs/>
        </w:rPr>
        <w:t>СЕСИЯ II</w:t>
      </w:r>
      <w:r w:rsidR="001449B0" w:rsidRPr="005210E3">
        <w:rPr>
          <w:b/>
          <w:bCs/>
          <w:lang w:val="bg-BG"/>
        </w:rPr>
        <w:t xml:space="preserve">: </w:t>
      </w:r>
      <w:proofErr w:type="spellStart"/>
      <w:r w:rsidR="001449B0" w:rsidRPr="005210E3">
        <w:rPr>
          <w:b/>
          <w:bCs/>
        </w:rPr>
        <w:t>Прецизност</w:t>
      </w:r>
      <w:proofErr w:type="spellEnd"/>
      <w:r w:rsidR="001449B0" w:rsidRPr="005210E3">
        <w:rPr>
          <w:b/>
          <w:bCs/>
        </w:rPr>
        <w:t xml:space="preserve"> и </w:t>
      </w:r>
      <w:proofErr w:type="spellStart"/>
      <w:r w:rsidR="001449B0" w:rsidRPr="005210E3">
        <w:rPr>
          <w:b/>
          <w:bCs/>
        </w:rPr>
        <w:t>интердисциплинарна</w:t>
      </w:r>
      <w:proofErr w:type="spellEnd"/>
      <w:r w:rsidR="001449B0" w:rsidRPr="005210E3">
        <w:rPr>
          <w:b/>
          <w:bCs/>
        </w:rPr>
        <w:t xml:space="preserve"> </w:t>
      </w:r>
      <w:proofErr w:type="spellStart"/>
      <w:r w:rsidR="001449B0" w:rsidRPr="005210E3">
        <w:rPr>
          <w:b/>
          <w:bCs/>
        </w:rPr>
        <w:t>дълбочина</w:t>
      </w:r>
      <w:proofErr w:type="spellEnd"/>
    </w:p>
    <w:p w:rsidR="00032A0E" w:rsidRPr="00032A0E" w:rsidRDefault="00032A0E" w:rsidP="001449B0">
      <w:pPr>
        <w:rPr>
          <w:lang w:val="bg-BG"/>
        </w:rPr>
      </w:pPr>
      <w:r>
        <w:rPr>
          <w:lang w:val="bg-BG"/>
        </w:rPr>
        <w:t xml:space="preserve">Модератори: М. Иванова, И. </w:t>
      </w:r>
      <w:proofErr w:type="spellStart"/>
      <w:r>
        <w:rPr>
          <w:lang w:val="bg-BG"/>
        </w:rPr>
        <w:t>Казмин</w:t>
      </w:r>
      <w:proofErr w:type="spellEnd"/>
    </w:p>
    <w:p w:rsidR="00067BD4" w:rsidRPr="001449B0" w:rsidRDefault="00067BD4">
      <w:pPr>
        <w:rPr>
          <w:lang w:val="bg-BG"/>
        </w:rPr>
      </w:pPr>
    </w:p>
    <w:p w:rsidR="00067BD4" w:rsidRDefault="00000000">
      <w:r>
        <w:t xml:space="preserve">09:00 – 09:20 | </w:t>
      </w:r>
      <w:proofErr w:type="spellStart"/>
      <w:r>
        <w:t>Молекулярни</w:t>
      </w:r>
      <w:proofErr w:type="spellEnd"/>
      <w:r>
        <w:t xml:space="preserve"> </w:t>
      </w:r>
      <w:proofErr w:type="spellStart"/>
      <w:r>
        <w:t>механизми</w:t>
      </w:r>
      <w:proofErr w:type="spellEnd"/>
      <w:r>
        <w:t xml:space="preserve"> </w:t>
      </w:r>
      <w:r w:rsidR="001449B0">
        <w:rPr>
          <w:lang w:val="bg-BG"/>
        </w:rPr>
        <w:t xml:space="preserve">и клинични предизвикателства при </w:t>
      </w:r>
      <w:proofErr w:type="spellStart"/>
      <w:r w:rsidR="001449B0">
        <w:rPr>
          <w:lang w:val="bg-BG"/>
        </w:rPr>
        <w:t>кристалиндуцирани</w:t>
      </w:r>
      <w:proofErr w:type="spellEnd"/>
      <w:r w:rsidR="001449B0">
        <w:rPr>
          <w:lang w:val="bg-BG"/>
        </w:rPr>
        <w:t xml:space="preserve"> </w:t>
      </w:r>
      <w:proofErr w:type="spellStart"/>
      <w:r w:rsidR="001449B0">
        <w:rPr>
          <w:lang w:val="bg-BG"/>
        </w:rPr>
        <w:t>артропатии</w:t>
      </w:r>
      <w:proofErr w:type="spellEnd"/>
      <w:r w:rsidR="001449B0">
        <w:rPr>
          <w:lang w:val="bg-BG"/>
        </w:rPr>
        <w:t xml:space="preserve"> </w:t>
      </w:r>
      <w:r>
        <w:t xml:space="preserve">– </w:t>
      </w:r>
      <w:proofErr w:type="spellStart"/>
      <w:r>
        <w:t>Св</w:t>
      </w:r>
      <w:proofErr w:type="spellEnd"/>
      <w:r>
        <w:t xml:space="preserve">. </w:t>
      </w:r>
      <w:proofErr w:type="spellStart"/>
      <w:r>
        <w:t>Христова</w:t>
      </w:r>
      <w:proofErr w:type="spellEnd"/>
    </w:p>
    <w:p w:rsidR="00067BD4" w:rsidRDefault="00000000">
      <w:r>
        <w:t xml:space="preserve">09:20 – 09:50 | FTIR </w:t>
      </w:r>
      <w:proofErr w:type="spellStart"/>
      <w:r>
        <w:t>методика</w:t>
      </w:r>
      <w:proofErr w:type="spellEnd"/>
      <w:r>
        <w:t xml:space="preserve"> </w:t>
      </w:r>
      <w:r w:rsidR="001449B0">
        <w:rPr>
          <w:lang w:val="bg-BG"/>
        </w:rPr>
        <w:t xml:space="preserve">за идентифициране на кристали в </w:t>
      </w:r>
      <w:proofErr w:type="spellStart"/>
      <w:r w:rsidR="001449B0">
        <w:rPr>
          <w:lang w:val="bg-BG"/>
        </w:rPr>
        <w:t>синовиална</w:t>
      </w:r>
      <w:proofErr w:type="spellEnd"/>
      <w:r w:rsidR="001449B0">
        <w:rPr>
          <w:lang w:val="bg-BG"/>
        </w:rPr>
        <w:t xml:space="preserve"> течност </w:t>
      </w:r>
      <w:r>
        <w:t xml:space="preserve">– П. </w:t>
      </w:r>
      <w:proofErr w:type="spellStart"/>
      <w:r>
        <w:t>Хараланова</w:t>
      </w:r>
      <w:proofErr w:type="spellEnd"/>
    </w:p>
    <w:p w:rsidR="00067BD4" w:rsidRDefault="00000000">
      <w:r>
        <w:t xml:space="preserve">09:50 – 10:10 | </w:t>
      </w:r>
      <w:proofErr w:type="spellStart"/>
      <w:r>
        <w:t>Ултразвуков</w:t>
      </w:r>
      <w:proofErr w:type="spellEnd"/>
      <w:r>
        <w:t xml:space="preserve"> </w:t>
      </w:r>
      <w:proofErr w:type="spellStart"/>
      <w:r>
        <w:t>подпис</w:t>
      </w:r>
      <w:proofErr w:type="spellEnd"/>
      <w:r>
        <w:t xml:space="preserve"> </w:t>
      </w:r>
      <w:r w:rsidR="001449B0">
        <w:rPr>
          <w:lang w:val="bg-BG"/>
        </w:rPr>
        <w:t>на кристалните депозити</w:t>
      </w:r>
      <w:r>
        <w:t xml:space="preserve">– П. </w:t>
      </w:r>
      <w:proofErr w:type="spellStart"/>
      <w:r>
        <w:t>Тодоров</w:t>
      </w:r>
      <w:proofErr w:type="spellEnd"/>
    </w:p>
    <w:p w:rsidR="005210E3" w:rsidRDefault="005210E3" w:rsidP="005210E3">
      <w:r>
        <w:t xml:space="preserve">10:10 – 10:30 | </w:t>
      </w:r>
      <w:proofErr w:type="spellStart"/>
      <w:r>
        <w:t>Панелна</w:t>
      </w:r>
      <w:proofErr w:type="spellEnd"/>
      <w:r>
        <w:t xml:space="preserve"> </w:t>
      </w:r>
      <w:proofErr w:type="spellStart"/>
      <w:r>
        <w:t>дискусия</w:t>
      </w:r>
      <w:proofErr w:type="spellEnd"/>
    </w:p>
    <w:p w:rsidR="005210E3" w:rsidRDefault="005210E3" w:rsidP="005210E3">
      <w:r>
        <w:t>10:30 – 1</w:t>
      </w:r>
      <w:r>
        <w:rPr>
          <w:lang w:val="bg-BG"/>
        </w:rPr>
        <w:t>1</w:t>
      </w:r>
      <w:r>
        <w:t>:</w:t>
      </w:r>
      <w:r>
        <w:rPr>
          <w:lang w:val="bg-BG"/>
        </w:rPr>
        <w:t>1</w:t>
      </w:r>
      <w:r>
        <w:t>0 | WORKSHOP</w:t>
      </w:r>
      <w:r>
        <w:rPr>
          <w:lang w:val="bg-BG"/>
        </w:rPr>
        <w:t xml:space="preserve"> – </w:t>
      </w:r>
      <w:proofErr w:type="spellStart"/>
      <w:r>
        <w:rPr>
          <w:lang w:val="bg-BG"/>
        </w:rPr>
        <w:t>Поляризационна</w:t>
      </w:r>
      <w:proofErr w:type="spellEnd"/>
      <w:r>
        <w:rPr>
          <w:lang w:val="bg-BG"/>
        </w:rPr>
        <w:t xml:space="preserve"> </w:t>
      </w:r>
      <w:proofErr w:type="spellStart"/>
      <w:r>
        <w:rPr>
          <w:lang w:val="bg-BG"/>
        </w:rPr>
        <w:t>микроскопия</w:t>
      </w:r>
      <w:proofErr w:type="spellEnd"/>
      <w:r>
        <w:rPr>
          <w:lang w:val="bg-BG"/>
        </w:rPr>
        <w:t xml:space="preserve"> – П. Хараланова</w:t>
      </w:r>
    </w:p>
    <w:p w:rsidR="005210E3" w:rsidRPr="00D73E70" w:rsidRDefault="005210E3" w:rsidP="005210E3">
      <w:pPr>
        <w:rPr>
          <w:lang w:val="bg-BG"/>
        </w:rPr>
      </w:pPr>
      <w:r>
        <w:t>10:</w:t>
      </w:r>
      <w:r>
        <w:rPr>
          <w:lang w:val="bg-BG"/>
        </w:rPr>
        <w:t>1</w:t>
      </w:r>
      <w:r>
        <w:t xml:space="preserve">0 – 11:30 | </w:t>
      </w:r>
      <w:r>
        <w:rPr>
          <w:lang w:val="bg-BG"/>
        </w:rPr>
        <w:t>Кафе пауза</w:t>
      </w:r>
    </w:p>
    <w:p w:rsidR="005210E3" w:rsidRDefault="005210E3" w:rsidP="005210E3">
      <w:r>
        <w:t>11:30 – 1</w:t>
      </w:r>
      <w:r>
        <w:rPr>
          <w:lang w:val="bg-BG"/>
        </w:rPr>
        <w:t>2</w:t>
      </w:r>
      <w:r>
        <w:t>:</w:t>
      </w:r>
      <w:r>
        <w:rPr>
          <w:lang w:val="bg-BG"/>
        </w:rPr>
        <w:t>1</w:t>
      </w:r>
      <w:r>
        <w:t>0 | САТЕЛИТЕН СИМПОЗИУМ – UCB</w:t>
      </w:r>
    </w:p>
    <w:p w:rsidR="005210E3" w:rsidRDefault="005210E3" w:rsidP="005210E3">
      <w:r>
        <w:t>11:50 – 12:</w:t>
      </w:r>
      <w:r>
        <w:rPr>
          <w:lang w:val="bg-BG"/>
        </w:rPr>
        <w:t>1</w:t>
      </w:r>
      <w:r>
        <w:t xml:space="preserve">0 | </w:t>
      </w:r>
      <w:proofErr w:type="spellStart"/>
      <w:r>
        <w:t>Фирмена</w:t>
      </w:r>
      <w:proofErr w:type="spellEnd"/>
      <w:r>
        <w:t xml:space="preserve"> </w:t>
      </w:r>
      <w:proofErr w:type="spellStart"/>
      <w:r>
        <w:t>презентация</w:t>
      </w:r>
      <w:proofErr w:type="spellEnd"/>
      <w:r>
        <w:t xml:space="preserve"> – AstraZeneca</w:t>
      </w:r>
    </w:p>
    <w:p w:rsidR="005210E3" w:rsidRDefault="005210E3" w:rsidP="005210E3">
      <w:r>
        <w:t>12:</w:t>
      </w:r>
      <w:r>
        <w:rPr>
          <w:lang w:val="bg-BG"/>
        </w:rPr>
        <w:t>1</w:t>
      </w:r>
      <w:r>
        <w:t>0 – 12:</w:t>
      </w:r>
      <w:r>
        <w:rPr>
          <w:lang w:val="bg-BG"/>
        </w:rPr>
        <w:t>3</w:t>
      </w:r>
      <w:r>
        <w:t xml:space="preserve">0 | </w:t>
      </w:r>
      <w:r>
        <w:rPr>
          <w:lang w:val="bg-BG"/>
        </w:rPr>
        <w:t>Фирмена презентация</w:t>
      </w:r>
      <w:r>
        <w:t xml:space="preserve"> – AbbVie </w:t>
      </w:r>
    </w:p>
    <w:p w:rsidR="005210E3" w:rsidRDefault="005210E3" w:rsidP="005210E3">
      <w:r>
        <w:t>1</w:t>
      </w:r>
      <w:r>
        <w:rPr>
          <w:lang w:val="bg-BG"/>
        </w:rPr>
        <w:t>2</w:t>
      </w:r>
      <w:r>
        <w:t>:</w:t>
      </w:r>
      <w:r>
        <w:rPr>
          <w:lang w:val="bg-BG"/>
        </w:rPr>
        <w:t>3</w:t>
      </w:r>
      <w:r>
        <w:t>0 – 14:</w:t>
      </w:r>
      <w:r>
        <w:rPr>
          <w:lang w:val="bg-BG"/>
        </w:rPr>
        <w:t>0</w:t>
      </w:r>
      <w:r>
        <w:t xml:space="preserve">0 | </w:t>
      </w:r>
      <w:proofErr w:type="spellStart"/>
      <w:r>
        <w:t>Обяд</w:t>
      </w:r>
      <w:proofErr w:type="spellEnd"/>
    </w:p>
    <w:p w:rsidR="00067BD4" w:rsidRDefault="00067BD4"/>
    <w:p w:rsidR="00067BD4" w:rsidRPr="005210E3" w:rsidRDefault="00000000">
      <w:pPr>
        <w:rPr>
          <w:b/>
          <w:bCs/>
          <w:lang w:val="bg-BG"/>
        </w:rPr>
      </w:pPr>
      <w:r w:rsidRPr="005210E3">
        <w:rPr>
          <w:b/>
          <w:bCs/>
        </w:rPr>
        <w:t>СЕСИЯ III</w:t>
      </w:r>
      <w:r w:rsidR="000826D6" w:rsidRPr="005210E3">
        <w:rPr>
          <w:b/>
          <w:bCs/>
          <w:lang w:val="bg-BG"/>
        </w:rPr>
        <w:t xml:space="preserve">: Когато лечението оставя следа – нежелани ефекти при </w:t>
      </w:r>
      <w:proofErr w:type="spellStart"/>
      <w:r w:rsidR="000826D6" w:rsidRPr="005210E3">
        <w:rPr>
          <w:b/>
          <w:bCs/>
          <w:lang w:val="bg-BG"/>
        </w:rPr>
        <w:t>болестомодифицираща</w:t>
      </w:r>
      <w:proofErr w:type="spellEnd"/>
      <w:r w:rsidR="000826D6" w:rsidRPr="005210E3">
        <w:rPr>
          <w:b/>
          <w:bCs/>
          <w:lang w:val="bg-BG"/>
        </w:rPr>
        <w:t xml:space="preserve"> терапия</w:t>
      </w:r>
    </w:p>
    <w:p w:rsidR="00032A0E" w:rsidRPr="000826D6" w:rsidRDefault="00032A0E">
      <w:pPr>
        <w:rPr>
          <w:lang w:val="bg-BG"/>
        </w:rPr>
      </w:pPr>
      <w:r>
        <w:rPr>
          <w:lang w:val="bg-BG"/>
        </w:rPr>
        <w:t>Модератори: А. Баталов, Р. Стоилов</w:t>
      </w:r>
    </w:p>
    <w:p w:rsidR="005210E3" w:rsidRDefault="005210E3" w:rsidP="005210E3">
      <w:r>
        <w:t>14:</w:t>
      </w:r>
      <w:r>
        <w:rPr>
          <w:lang w:val="bg-BG"/>
        </w:rPr>
        <w:t>0</w:t>
      </w:r>
      <w:r>
        <w:t>0 – 14:</w:t>
      </w:r>
      <w:r>
        <w:rPr>
          <w:lang w:val="bg-BG"/>
        </w:rPr>
        <w:t>2</w:t>
      </w:r>
      <w:r>
        <w:t xml:space="preserve">0 |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риска</w:t>
      </w:r>
      <w:proofErr w:type="spellEnd"/>
      <w:r>
        <w:t xml:space="preserve"> – </w:t>
      </w:r>
      <w:r>
        <w:rPr>
          <w:lang w:val="bg-BG"/>
        </w:rPr>
        <w:t xml:space="preserve">между ефективност и безопасност - </w:t>
      </w:r>
      <w:r>
        <w:t xml:space="preserve">Р. </w:t>
      </w:r>
      <w:proofErr w:type="spellStart"/>
      <w:r>
        <w:t>Каралилова</w:t>
      </w:r>
      <w:proofErr w:type="spellEnd"/>
    </w:p>
    <w:p w:rsidR="005210E3" w:rsidRDefault="005210E3" w:rsidP="005210E3">
      <w:r>
        <w:t>14:</w:t>
      </w:r>
      <w:r>
        <w:rPr>
          <w:lang w:val="bg-BG"/>
        </w:rPr>
        <w:t>2</w:t>
      </w:r>
      <w:r>
        <w:t>0 – 1</w:t>
      </w:r>
      <w:r>
        <w:rPr>
          <w:lang w:val="bg-BG"/>
        </w:rPr>
        <w:t>4</w:t>
      </w:r>
      <w:r>
        <w:t>:</w:t>
      </w:r>
      <w:r>
        <w:rPr>
          <w:lang w:val="bg-BG"/>
        </w:rPr>
        <w:t>4</w:t>
      </w:r>
      <w:r>
        <w:t xml:space="preserve">0 | </w:t>
      </w:r>
      <w:proofErr w:type="spellStart"/>
      <w:r>
        <w:t>Кожни</w:t>
      </w:r>
      <w:proofErr w:type="spellEnd"/>
      <w:r>
        <w:t xml:space="preserve"> </w:t>
      </w:r>
      <w:proofErr w:type="spellStart"/>
      <w:r>
        <w:t>прояви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медикаментозно</w:t>
      </w:r>
      <w:proofErr w:type="spellEnd"/>
      <w:r>
        <w:t xml:space="preserve"> </w:t>
      </w:r>
      <w:proofErr w:type="spellStart"/>
      <w:r>
        <w:t>индуцирани</w:t>
      </w:r>
      <w:proofErr w:type="spellEnd"/>
      <w:r>
        <w:t xml:space="preserve"> </w:t>
      </w:r>
      <w:proofErr w:type="spellStart"/>
      <w:r>
        <w:t>реакции</w:t>
      </w:r>
      <w:proofErr w:type="spellEnd"/>
      <w:r>
        <w:t xml:space="preserve"> – К. </w:t>
      </w:r>
      <w:proofErr w:type="spellStart"/>
      <w:r>
        <w:t>Мануелян</w:t>
      </w:r>
      <w:proofErr w:type="spellEnd"/>
    </w:p>
    <w:p w:rsidR="005210E3" w:rsidRDefault="005210E3" w:rsidP="005210E3">
      <w:r>
        <w:t>1</w:t>
      </w:r>
      <w:r>
        <w:rPr>
          <w:lang w:val="bg-BG"/>
        </w:rPr>
        <w:t>4</w:t>
      </w:r>
      <w:r>
        <w:t>:</w:t>
      </w:r>
      <w:r>
        <w:rPr>
          <w:lang w:val="bg-BG"/>
        </w:rPr>
        <w:t>4</w:t>
      </w:r>
      <w:r>
        <w:t>0 – 15:</w:t>
      </w:r>
      <w:r>
        <w:rPr>
          <w:lang w:val="bg-BG"/>
        </w:rPr>
        <w:t>0</w:t>
      </w:r>
      <w:r>
        <w:t xml:space="preserve">0 | </w:t>
      </w:r>
      <w:proofErr w:type="spellStart"/>
      <w:r>
        <w:t>Белодробни</w:t>
      </w:r>
      <w:proofErr w:type="spellEnd"/>
      <w:r>
        <w:t xml:space="preserve"> </w:t>
      </w:r>
      <w:proofErr w:type="spellStart"/>
      <w:r>
        <w:t>увреждания</w:t>
      </w:r>
      <w:proofErr w:type="spellEnd"/>
      <w:r>
        <w:t xml:space="preserve"> </w:t>
      </w:r>
      <w:r>
        <w:rPr>
          <w:lang w:val="bg-BG"/>
        </w:rPr>
        <w:t xml:space="preserve">при </w:t>
      </w:r>
      <w:proofErr w:type="spellStart"/>
      <w:r>
        <w:rPr>
          <w:lang w:val="bg-BG"/>
        </w:rPr>
        <w:t>болестопроменяща</w:t>
      </w:r>
      <w:proofErr w:type="spellEnd"/>
      <w:r>
        <w:rPr>
          <w:lang w:val="bg-BG"/>
        </w:rPr>
        <w:t xml:space="preserve"> терапия</w:t>
      </w:r>
      <w:r>
        <w:t xml:space="preserve">– В. </w:t>
      </w:r>
      <w:proofErr w:type="spellStart"/>
      <w:r>
        <w:t>Ненова</w:t>
      </w:r>
      <w:proofErr w:type="spellEnd"/>
    </w:p>
    <w:p w:rsidR="005210E3" w:rsidRDefault="005210E3" w:rsidP="005210E3">
      <w:r>
        <w:t>15:</w:t>
      </w:r>
      <w:r>
        <w:rPr>
          <w:lang w:val="bg-BG"/>
        </w:rPr>
        <w:t>0</w:t>
      </w:r>
      <w:r>
        <w:t>0 – 15:</w:t>
      </w:r>
      <w:r>
        <w:rPr>
          <w:lang w:val="bg-BG"/>
        </w:rPr>
        <w:t>2</w:t>
      </w:r>
      <w:r>
        <w:t xml:space="preserve">0 | </w:t>
      </w:r>
      <w:r>
        <w:rPr>
          <w:lang w:val="bg-BG"/>
        </w:rPr>
        <w:t>От кръвната картина до клиничното решение - х</w:t>
      </w:r>
      <w:proofErr w:type="spellStart"/>
      <w:r>
        <w:t>ематологични</w:t>
      </w:r>
      <w:proofErr w:type="spellEnd"/>
      <w:r>
        <w:t xml:space="preserve"> </w:t>
      </w:r>
      <w:proofErr w:type="spellStart"/>
      <w:r>
        <w:t>маркери</w:t>
      </w:r>
      <w:proofErr w:type="spellEnd"/>
      <w:r>
        <w:t xml:space="preserve"> – Д. </w:t>
      </w:r>
      <w:proofErr w:type="spellStart"/>
      <w:r>
        <w:t>Стайков</w:t>
      </w:r>
      <w:proofErr w:type="spellEnd"/>
    </w:p>
    <w:p w:rsidR="005210E3" w:rsidRDefault="005210E3" w:rsidP="005210E3">
      <w:r>
        <w:t>15:</w:t>
      </w:r>
      <w:r>
        <w:rPr>
          <w:lang w:val="bg-BG"/>
        </w:rPr>
        <w:t>2</w:t>
      </w:r>
      <w:r>
        <w:t xml:space="preserve">0 – </w:t>
      </w:r>
      <w:r>
        <w:rPr>
          <w:lang w:val="bg-BG"/>
        </w:rPr>
        <w:t>15</w:t>
      </w:r>
      <w:r>
        <w:t>:</w:t>
      </w:r>
      <w:r>
        <w:rPr>
          <w:lang w:val="bg-BG"/>
        </w:rPr>
        <w:t>45</w:t>
      </w:r>
      <w:r>
        <w:t xml:space="preserve"> | </w:t>
      </w:r>
      <w:proofErr w:type="spellStart"/>
      <w:r>
        <w:t>Панелна</w:t>
      </w:r>
      <w:proofErr w:type="spellEnd"/>
      <w:r>
        <w:t xml:space="preserve"> </w:t>
      </w:r>
      <w:proofErr w:type="spellStart"/>
      <w:r>
        <w:t>дискусия</w:t>
      </w:r>
      <w:proofErr w:type="spellEnd"/>
    </w:p>
    <w:p w:rsidR="005210E3" w:rsidRDefault="005210E3" w:rsidP="005210E3">
      <w:r>
        <w:t>1</w:t>
      </w:r>
      <w:r>
        <w:rPr>
          <w:lang w:val="bg-BG"/>
        </w:rPr>
        <w:t>5</w:t>
      </w:r>
      <w:r>
        <w:t>:</w:t>
      </w:r>
      <w:r>
        <w:rPr>
          <w:lang w:val="bg-BG"/>
        </w:rPr>
        <w:t>4</w:t>
      </w:r>
      <w:r>
        <w:t>5 – 1</w:t>
      </w:r>
      <w:r>
        <w:rPr>
          <w:lang w:val="bg-BG"/>
        </w:rPr>
        <w:t>5</w:t>
      </w:r>
      <w:r>
        <w:t>:</w:t>
      </w:r>
      <w:r>
        <w:rPr>
          <w:lang w:val="bg-BG"/>
        </w:rPr>
        <w:t>5</w:t>
      </w:r>
      <w:r>
        <w:t xml:space="preserve">0 | </w:t>
      </w:r>
      <w:proofErr w:type="spellStart"/>
      <w:r>
        <w:t>Буфер</w:t>
      </w:r>
      <w:proofErr w:type="spellEnd"/>
    </w:p>
    <w:p w:rsidR="005210E3" w:rsidRDefault="005210E3" w:rsidP="005210E3">
      <w:r>
        <w:t>1</w:t>
      </w:r>
      <w:r>
        <w:rPr>
          <w:lang w:val="bg-BG"/>
        </w:rPr>
        <w:t>5</w:t>
      </w:r>
      <w:r>
        <w:t>:</w:t>
      </w:r>
      <w:r>
        <w:rPr>
          <w:lang w:val="bg-BG"/>
        </w:rPr>
        <w:t>5</w:t>
      </w:r>
      <w:r>
        <w:t>0 – 16:</w:t>
      </w:r>
      <w:r>
        <w:rPr>
          <w:lang w:val="bg-BG"/>
        </w:rPr>
        <w:t>2</w:t>
      </w:r>
      <w:r>
        <w:t xml:space="preserve">0 | </w:t>
      </w:r>
      <w:proofErr w:type="spellStart"/>
      <w:r>
        <w:t>Кафе</w:t>
      </w:r>
      <w:proofErr w:type="spellEnd"/>
      <w:r>
        <w:t xml:space="preserve"> </w:t>
      </w:r>
      <w:proofErr w:type="spellStart"/>
      <w:r>
        <w:t>пауза</w:t>
      </w:r>
      <w:proofErr w:type="spellEnd"/>
    </w:p>
    <w:p w:rsidR="005210E3" w:rsidRPr="00D73E70" w:rsidRDefault="005210E3" w:rsidP="005210E3">
      <w:pPr>
        <w:rPr>
          <w:lang w:val="bg-BG"/>
        </w:rPr>
      </w:pPr>
      <w:r>
        <w:rPr>
          <w:lang w:val="bg-BG"/>
        </w:rPr>
        <w:t xml:space="preserve">16:20 – 16:40 </w:t>
      </w:r>
      <w:r w:rsidR="00A56BB9">
        <w:t xml:space="preserve">| </w:t>
      </w:r>
      <w:r>
        <w:rPr>
          <w:lang w:val="bg-BG"/>
        </w:rPr>
        <w:t xml:space="preserve">Робот-асистирана </w:t>
      </w:r>
      <w:r w:rsidR="00A56BB9">
        <w:rPr>
          <w:lang w:val="bg-BG"/>
        </w:rPr>
        <w:t xml:space="preserve">ставна </w:t>
      </w:r>
      <w:r>
        <w:rPr>
          <w:lang w:val="bg-BG"/>
        </w:rPr>
        <w:t>хирургия С. Христов</w:t>
      </w:r>
    </w:p>
    <w:p w:rsidR="005210E3" w:rsidRDefault="005210E3" w:rsidP="005210E3">
      <w:r>
        <w:lastRenderedPageBreak/>
        <w:t xml:space="preserve">16:40 – 17:00 | </w:t>
      </w:r>
      <w:r>
        <w:rPr>
          <w:lang w:val="bg-BG"/>
        </w:rPr>
        <w:t>Фирмена презентация</w:t>
      </w:r>
      <w:r>
        <w:t xml:space="preserve"> – </w:t>
      </w:r>
      <w:r w:rsidR="00603D10">
        <w:t>Novartis</w:t>
      </w:r>
      <w:r w:rsidR="00603D10">
        <w:rPr>
          <w:lang w:val="bg-BG"/>
        </w:rPr>
        <w:t xml:space="preserve">      </w:t>
      </w:r>
    </w:p>
    <w:p w:rsidR="00067BD4" w:rsidRDefault="00067BD4"/>
    <w:p w:rsidR="00067BD4" w:rsidRDefault="00000000">
      <w:pPr>
        <w:rPr>
          <w:lang w:val="bg-BG"/>
        </w:rPr>
      </w:pPr>
      <w:r w:rsidRPr="005210E3">
        <w:rPr>
          <w:b/>
          <w:bCs/>
        </w:rPr>
        <w:t xml:space="preserve">СЕСИЯ IV – </w:t>
      </w:r>
      <w:proofErr w:type="spellStart"/>
      <w:r w:rsidRPr="005210E3">
        <w:rPr>
          <w:b/>
          <w:bCs/>
        </w:rPr>
        <w:t>Клинични</w:t>
      </w:r>
      <w:proofErr w:type="spellEnd"/>
      <w:r w:rsidRPr="005210E3">
        <w:rPr>
          <w:b/>
          <w:bCs/>
        </w:rPr>
        <w:t xml:space="preserve"> </w:t>
      </w:r>
      <w:proofErr w:type="spellStart"/>
      <w:r w:rsidRPr="005210E3">
        <w:rPr>
          <w:b/>
          <w:bCs/>
        </w:rPr>
        <w:t>случаи</w:t>
      </w:r>
      <w:proofErr w:type="spellEnd"/>
      <w:r w:rsidR="000826D6" w:rsidRPr="005210E3">
        <w:rPr>
          <w:b/>
          <w:bCs/>
          <w:lang w:val="bg-BG"/>
        </w:rPr>
        <w:t>:</w:t>
      </w:r>
      <w:r w:rsidR="000826D6">
        <w:rPr>
          <w:lang w:val="bg-BG"/>
        </w:rPr>
        <w:t xml:space="preserve"> по 15 минути представяне с 5 минутна дискусия</w:t>
      </w:r>
    </w:p>
    <w:p w:rsidR="00032A0E" w:rsidRPr="000826D6" w:rsidRDefault="00032A0E">
      <w:pPr>
        <w:rPr>
          <w:lang w:val="bg-BG"/>
        </w:rPr>
      </w:pPr>
      <w:r>
        <w:rPr>
          <w:lang w:val="bg-BG"/>
        </w:rPr>
        <w:t xml:space="preserve">Модератор: Р. </w:t>
      </w:r>
      <w:proofErr w:type="spellStart"/>
      <w:r>
        <w:rPr>
          <w:lang w:val="bg-BG"/>
        </w:rPr>
        <w:t>Каралилова</w:t>
      </w:r>
      <w:proofErr w:type="spellEnd"/>
    </w:p>
    <w:p w:rsidR="00067BD4" w:rsidRDefault="00000000">
      <w:r>
        <w:t>17:</w:t>
      </w:r>
      <w:r w:rsidR="00B8012C">
        <w:rPr>
          <w:lang w:val="bg-BG"/>
        </w:rPr>
        <w:t>0</w:t>
      </w:r>
      <w:r>
        <w:t>0 – 17:</w:t>
      </w:r>
      <w:r w:rsidR="00B8012C">
        <w:rPr>
          <w:lang w:val="bg-BG"/>
        </w:rPr>
        <w:t>2</w:t>
      </w:r>
      <w:r>
        <w:t>0 | Д. Симеонова</w:t>
      </w:r>
    </w:p>
    <w:p w:rsidR="00067BD4" w:rsidRDefault="00000000">
      <w:r>
        <w:t>17:</w:t>
      </w:r>
      <w:r w:rsidR="00B8012C">
        <w:rPr>
          <w:lang w:val="bg-BG"/>
        </w:rPr>
        <w:t>2</w:t>
      </w:r>
      <w:r>
        <w:t>0 – 1</w:t>
      </w:r>
      <w:r w:rsidR="00B8012C">
        <w:rPr>
          <w:lang w:val="bg-BG"/>
        </w:rPr>
        <w:t>7</w:t>
      </w:r>
      <w:r>
        <w:t>:</w:t>
      </w:r>
      <w:r w:rsidR="00B8012C">
        <w:rPr>
          <w:lang w:val="bg-BG"/>
        </w:rPr>
        <w:t>4</w:t>
      </w:r>
      <w:r>
        <w:t>0 | М. Недкова</w:t>
      </w:r>
    </w:p>
    <w:p w:rsidR="00067BD4" w:rsidRDefault="00000000">
      <w:r>
        <w:t>1</w:t>
      </w:r>
      <w:r w:rsidR="00B8012C">
        <w:rPr>
          <w:lang w:val="bg-BG"/>
        </w:rPr>
        <w:t>7</w:t>
      </w:r>
      <w:r>
        <w:t>:</w:t>
      </w:r>
      <w:r w:rsidR="00B8012C">
        <w:rPr>
          <w:lang w:val="bg-BG"/>
        </w:rPr>
        <w:t>4</w:t>
      </w:r>
      <w:r>
        <w:t>0 – 18:</w:t>
      </w:r>
      <w:r w:rsidR="00B8012C">
        <w:rPr>
          <w:lang w:val="bg-BG"/>
        </w:rPr>
        <w:t>0</w:t>
      </w:r>
      <w:r>
        <w:t>0 | Р. Христова</w:t>
      </w:r>
    </w:p>
    <w:p w:rsidR="00067BD4" w:rsidRDefault="00000000">
      <w:r>
        <w:t>19:00 | Вечеря</w:t>
      </w:r>
    </w:p>
    <w:p w:rsidR="00067BD4" w:rsidRDefault="00067BD4"/>
    <w:p w:rsidR="00B31005" w:rsidRDefault="00000000">
      <w:pPr>
        <w:rPr>
          <w:b/>
          <w:bCs/>
        </w:rPr>
      </w:pPr>
      <w:r w:rsidRPr="00331461">
        <w:rPr>
          <w:b/>
          <w:bCs/>
        </w:rPr>
        <w:t xml:space="preserve">ДЕН III – </w:t>
      </w:r>
      <w:proofErr w:type="spellStart"/>
      <w:r w:rsidRPr="00331461">
        <w:rPr>
          <w:b/>
          <w:bCs/>
        </w:rPr>
        <w:t>Неделя</w:t>
      </w:r>
      <w:proofErr w:type="spellEnd"/>
      <w:r w:rsidRPr="00331461">
        <w:rPr>
          <w:b/>
          <w:bCs/>
        </w:rPr>
        <w:t>, 27.09.2026 г.</w:t>
      </w:r>
    </w:p>
    <w:p w:rsidR="00331461" w:rsidRPr="00331461" w:rsidRDefault="00331461">
      <w:pPr>
        <w:rPr>
          <w:b/>
          <w:bCs/>
        </w:rPr>
      </w:pPr>
    </w:p>
    <w:p w:rsidR="00067BD4" w:rsidRPr="00331461" w:rsidRDefault="00000000">
      <w:pPr>
        <w:rPr>
          <w:b/>
          <w:bCs/>
        </w:rPr>
      </w:pPr>
      <w:r w:rsidRPr="00331461">
        <w:rPr>
          <w:b/>
          <w:bCs/>
        </w:rPr>
        <w:t>ЗАКЛЮЧИТЕЛНА НАУЧНА СЕСИЯ</w:t>
      </w:r>
      <w:r w:rsidR="000826D6" w:rsidRPr="00331461">
        <w:rPr>
          <w:b/>
          <w:bCs/>
          <w:lang w:val="bg-BG"/>
        </w:rPr>
        <w:t xml:space="preserve">: </w:t>
      </w:r>
      <w:proofErr w:type="spellStart"/>
      <w:r w:rsidR="000826D6" w:rsidRPr="00331461">
        <w:rPr>
          <w:b/>
          <w:bCs/>
        </w:rPr>
        <w:t>Системност</w:t>
      </w:r>
      <w:proofErr w:type="spellEnd"/>
      <w:r w:rsidR="000826D6" w:rsidRPr="00331461">
        <w:rPr>
          <w:b/>
          <w:bCs/>
        </w:rPr>
        <w:t xml:space="preserve"> и </w:t>
      </w:r>
      <w:proofErr w:type="spellStart"/>
      <w:r w:rsidR="000826D6" w:rsidRPr="00331461">
        <w:rPr>
          <w:b/>
          <w:bCs/>
        </w:rPr>
        <w:t>бъдеще</w:t>
      </w:r>
      <w:proofErr w:type="spellEnd"/>
    </w:p>
    <w:p w:rsidR="00032A0E" w:rsidRPr="00032A0E" w:rsidRDefault="00032A0E">
      <w:pPr>
        <w:rPr>
          <w:lang w:val="bg-BG"/>
        </w:rPr>
      </w:pPr>
      <w:r>
        <w:rPr>
          <w:lang w:val="bg-BG"/>
        </w:rPr>
        <w:t>Модератори: Ц. Георгиев, С. Христова</w:t>
      </w:r>
    </w:p>
    <w:p w:rsidR="00067BD4" w:rsidRDefault="00000000">
      <w:r>
        <w:t xml:space="preserve">09:00 – 09:20 | </w:t>
      </w:r>
      <w:proofErr w:type="spellStart"/>
      <w:r>
        <w:t>Трудни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</w:t>
      </w:r>
      <w:proofErr w:type="spellStart"/>
      <w:r>
        <w:t>пациенти</w:t>
      </w:r>
      <w:proofErr w:type="spellEnd"/>
      <w:r>
        <w:t xml:space="preserve"> – </w:t>
      </w:r>
      <w:r w:rsidR="000826D6">
        <w:rPr>
          <w:lang w:val="bg-BG"/>
        </w:rPr>
        <w:t xml:space="preserve">кога и защо стандартния подход не е достатъчен - </w:t>
      </w:r>
      <w:r>
        <w:t xml:space="preserve">С. </w:t>
      </w:r>
      <w:proofErr w:type="spellStart"/>
      <w:r>
        <w:t>Богданова</w:t>
      </w:r>
      <w:proofErr w:type="spellEnd"/>
    </w:p>
    <w:p w:rsidR="00067BD4" w:rsidRDefault="00000000">
      <w:r>
        <w:t>09:20 – 09:40 | Възпалението като системен процес – С. Куцарова</w:t>
      </w:r>
    </w:p>
    <w:p w:rsidR="00067BD4" w:rsidRDefault="00000000">
      <w:r>
        <w:t xml:space="preserve">09:40 – 10:00 | </w:t>
      </w:r>
      <w:proofErr w:type="spellStart"/>
      <w:r>
        <w:t>Имунна</w:t>
      </w:r>
      <w:proofErr w:type="spellEnd"/>
      <w:r>
        <w:t xml:space="preserve"> </w:t>
      </w:r>
      <w:proofErr w:type="spellStart"/>
      <w:r>
        <w:t>дисрегулация</w:t>
      </w:r>
      <w:proofErr w:type="spellEnd"/>
      <w:r>
        <w:t xml:space="preserve"> </w:t>
      </w:r>
      <w:r w:rsidR="000826D6">
        <w:rPr>
          <w:lang w:val="bg-BG"/>
        </w:rPr>
        <w:t xml:space="preserve">и хронично възпаление – кога защитата се превръща в риск </w:t>
      </w:r>
      <w:r>
        <w:t xml:space="preserve">– С. </w:t>
      </w:r>
      <w:proofErr w:type="spellStart"/>
      <w:r>
        <w:t>Димитров</w:t>
      </w:r>
      <w:proofErr w:type="spellEnd"/>
    </w:p>
    <w:p w:rsidR="00067BD4" w:rsidRDefault="00000000">
      <w:r>
        <w:t>10:00 – 10:15 | Панелна дискусия</w:t>
      </w:r>
    </w:p>
    <w:p w:rsidR="00067BD4" w:rsidRDefault="00000000">
      <w:r>
        <w:t>10:15 – 10:20 | Буфер</w:t>
      </w:r>
    </w:p>
    <w:p w:rsidR="00067BD4" w:rsidRDefault="00000000">
      <w:r>
        <w:t>10:20 – 10:40 | AI в помощ на ревматолога – Ц. Георгиев</w:t>
      </w:r>
    </w:p>
    <w:p w:rsidR="00067BD4" w:rsidRDefault="00000000">
      <w:r>
        <w:t xml:space="preserve">10:40 – 11:10 | ЗАКЛЮЧИТЕЛНА ЛЕКЦИЯ </w:t>
      </w:r>
      <w:r w:rsidR="000826D6">
        <w:rPr>
          <w:lang w:val="bg-BG"/>
        </w:rPr>
        <w:t xml:space="preserve">– актуални предизвикателства и тенденции в специалността </w:t>
      </w:r>
      <w:r>
        <w:t xml:space="preserve">– М. </w:t>
      </w:r>
      <w:proofErr w:type="spellStart"/>
      <w:r>
        <w:t>Вълков</w:t>
      </w:r>
      <w:proofErr w:type="spellEnd"/>
    </w:p>
    <w:p w:rsidR="00067BD4" w:rsidRDefault="00000000">
      <w:r>
        <w:t>11:10 – 11:15 | Closing statement – И. Момчева</w:t>
      </w:r>
    </w:p>
    <w:p w:rsidR="00067BD4" w:rsidRPr="00331461" w:rsidRDefault="00000000">
      <w:pPr>
        <w:rPr>
          <w:b/>
          <w:bCs/>
          <w:lang w:val="bg-BG"/>
        </w:rPr>
      </w:pPr>
      <w:r w:rsidRPr="00331461">
        <w:rPr>
          <w:b/>
          <w:bCs/>
        </w:rPr>
        <w:t>11:15 – 11:30 | ОФИЦИАЛНО ЗАКРИВАНЕ</w:t>
      </w:r>
      <w:r w:rsidR="000826D6" w:rsidRPr="00331461">
        <w:rPr>
          <w:b/>
          <w:bCs/>
          <w:lang w:val="bg-BG"/>
        </w:rPr>
        <w:t xml:space="preserve"> – И. Момчева, Ц. Георгиев</w:t>
      </w:r>
    </w:p>
    <w:p w:rsidR="00067BD4" w:rsidRDefault="00067BD4"/>
    <w:p w:rsidR="00067BD4" w:rsidRDefault="00000000">
      <w:r>
        <w:t>Бургас, 14.02.2026 г.</w:t>
      </w:r>
    </w:p>
    <w:sectPr w:rsidR="00067BD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010140">
    <w:abstractNumId w:val="8"/>
  </w:num>
  <w:num w:numId="2" w16cid:durableId="741679042">
    <w:abstractNumId w:val="6"/>
  </w:num>
  <w:num w:numId="3" w16cid:durableId="416099970">
    <w:abstractNumId w:val="5"/>
  </w:num>
  <w:num w:numId="4" w16cid:durableId="2115586012">
    <w:abstractNumId w:val="4"/>
  </w:num>
  <w:num w:numId="5" w16cid:durableId="1027869639">
    <w:abstractNumId w:val="7"/>
  </w:num>
  <w:num w:numId="6" w16cid:durableId="367805942">
    <w:abstractNumId w:val="3"/>
  </w:num>
  <w:num w:numId="7" w16cid:durableId="767966058">
    <w:abstractNumId w:val="2"/>
  </w:num>
  <w:num w:numId="8" w16cid:durableId="2037846213">
    <w:abstractNumId w:val="1"/>
  </w:num>
  <w:num w:numId="9" w16cid:durableId="440608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A0E"/>
    <w:rsid w:val="00034616"/>
    <w:rsid w:val="0006063C"/>
    <w:rsid w:val="00067BD4"/>
    <w:rsid w:val="00080740"/>
    <w:rsid w:val="000826D6"/>
    <w:rsid w:val="001449B0"/>
    <w:rsid w:val="0015074B"/>
    <w:rsid w:val="0029639D"/>
    <w:rsid w:val="00326F90"/>
    <w:rsid w:val="00331461"/>
    <w:rsid w:val="00450F7D"/>
    <w:rsid w:val="005210E3"/>
    <w:rsid w:val="00603D10"/>
    <w:rsid w:val="00A56BB9"/>
    <w:rsid w:val="00AA1D8D"/>
    <w:rsid w:val="00B31005"/>
    <w:rsid w:val="00B47730"/>
    <w:rsid w:val="00B8012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8EE5B04"/>
  <w14:defaultImageDpi w14:val="300"/>
  <w15:docId w15:val="{A92E62C3-0B7E-054A-9E00-CB174DAA2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12</cp:revision>
  <dcterms:created xsi:type="dcterms:W3CDTF">2026-02-14T15:15:00Z</dcterms:created>
  <dcterms:modified xsi:type="dcterms:W3CDTF">2026-03-10T15:17:00Z</dcterms:modified>
  <cp:category/>
</cp:coreProperties>
</file>